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הגזרה של פועל לפי האותיות החלשות בשורש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הגזרות: פ"נ, פ"י/ו, ע"ו/י, ל"ה/י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שיטת הבלש לאיתור גזרת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פ"נ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פ"י/ו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ע"ו/י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הסימן המזהה של הגזרה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בגזרת פ"נ האות הראשונה היא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האות האמצעית היא ו או 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פועל לגזרה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(פ"נ)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(פ"י/ו)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(ע"ו/י)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(ל"ה/י)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שיטת הבלש - סדר הפעולות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מוצאים את שלוש אותיות השורש של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אם יש אות חלשה - נ, י, ו או 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שמים לב באיזה מקום בשורש נמצאת האות החלשה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קובעים את הגזרה לפי מקום האות החלשה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והסבר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גזרה היא קבוצת פעלים עם שורש דומה שיש בו אות חלשה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פועל נכון כמו קם, שר, בוא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באיזה מקום בשורש יש אות חלשה - נ, י, ו או 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לתת לתלמידים כרטיסיות עם שורשים ולמיין אותם לפי גזרה בקבוצות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את הפועל עצמו עם ניקוד בלבד כדי להקל על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ההגדרות בעל פה לפני תחילת התרגול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🔍 בלשי השורש – גזרות הנחים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בלשי השורש – גזרות הנחים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יש שורשים עם אות אחת חלשה - נ, י, ו או ה. אות כזאת גורמת לשינוי בצורת הפועל, וכך נוצרת גזרה מיוחדת. היום נהיה בלשים ונגלה לאיזו גזרה שייך כל פועל.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ה  ·  נ  ·  ו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הגזרה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הפועל "נָפַל"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הפועל "יָשַב"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פ"י/ו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ע"ו/י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הפועל "קָם" שייך לגזרת: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ל"ה/י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פ"נ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ע"ו/י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ל"ה/י האות האחרונה בשורש היא בדרך כלל 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פ"נ האות הראשונה בשורש היא 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בגזרת ע"ו/י האות האמצעית בשורש היא האות החלשה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בפועל "נָפַל" האות הראשונה בשורש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בפועל "קָם" האות האמצעית בשורש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בפועל "בָּנָה" האות האחרונה בשורש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פועל לגזרה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ל"ה/י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ישב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ע"ו/י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פ"י/ו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פ"נ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שיטת הבלש -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שמים לב באיזה מקום בשורש נמצאת האות החלשה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קובעים את הגזרה לפי מקום האות החלשה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יש אות חלשה - נ, י, ו או 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מוצאים את שלוש אותיות השורש של הפועל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זו גזרה?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דוגמה אחת לפועל מגזרת ע"ו/י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בלשי השורש – גזרות הנחים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