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השורש – גזרות הנחים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הגזרה של פועל לפי האותיות החלשות בשורש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 הגזרות: פ"נ, פ"י/ו, ע"ו/י, ל"ה/י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שיטת הבלש לאיתור גזרת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הגזרה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פ"נ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פ"י/ו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ע"ו/י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ל"ה/י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פ"נ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ע"ו/י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הסימן המזהה של הגזרה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בגזרת פ"נ האות הראשונה היא 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האות האמצעית היא ו או 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כמה גזרות שונות לפי מקום האות החלשה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פ"נ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פועל לגזרה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(פ"נ)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(פ"י/ו)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(ע"ו/י)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(ל"ה/י)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(פ"נ)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שיטת הבלש - סדר הפעולות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מוצאים את שלוש אותיות השורש של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אם יש אות חלשה - נ, י, ו או 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שמים לב באיזה מקום בשורש נמצאת האות החלשה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קובעים את הגזרה לפי מקום האות החלשה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אם האות האחרונה בשורש היא ה, ולא אחת משלוש האותיות הרגילות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גזרה היא קבוצת פעלים עם שורש דומה שיש בו אות חלשה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פועל נכון כמו קם, שר, בוא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באיזה מקום בשורש יש אות חלשה - נ, י, ו או 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כרטיסיות עם שורשים ולמיין אותם לפי גזרה בקבוצות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לכתוב את הפועל עצמו עם ניקוד בלבד כדי להקל על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לחזור על ההגדרות בעל פה לפני תחילת התרגול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השורש – גזרות הנחים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יש שורשים עם אות חלשה - נ, י, ו או ה. האות הזאת משנה את צורת הפועל. היום נלמד לזהות את הגזרה של הפועל.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שמהן בונים את הפועל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של פעלים עם שורש דומה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 נחה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 חלשה בשורש - נ, י, ו או 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פ"נ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גזרה שבה האות הראשונה בשורש היא נ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פ"י/ו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גזרה שבה האות הראשונה בשורש היא י או 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ע"ו/י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גזרה שבה האות האמצעית בשורש היא ו או 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ל"ה/י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גזרה שבה האות האחרונה בשורש היא 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שיטת הבלש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לבדוק את השורש ולמצוא את האות החלשה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הגזרה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לאיזו גזרה שייך הפועל נפל?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לאיזו גזרה שייך הפועל ישב?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לאיזו גזרה שייך הפועל קם?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לאיזו גזרה שייך הפועל בנה?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לאיזו גזרה שייך הפועל נתן?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לאיזו גזרה שייך הפועל 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פ"י/ו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ל"ה/י האות האחרונה בשורש היא בדרך כלל 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פ"נ האות הראשונה בשורש היא 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ע"ו/י האות האמצעית בשורש היא האות החלשה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הפעלים בעברית שייכים לאותה גזרה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בפועל "נָפַל" האות הראשונה בשורש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בפועל "קָם" האות האמצעית בשורש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בפועל "בָּנָה" האות האחרונה בשורש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הגזרה שבה האות הראשונה בשורש היא נ נקראת גזרת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פועל לגזרה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נפל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פ"נ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ישב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פ"נ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פ"י/ו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ע"ו/י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נתן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ל"ה/י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שיטת הבלש - סדר הפעולות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קובעים את הגזרה לפי מקום האות החלשה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שמים לב באיזה מקום בשורש נמצאת האות החלשה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יש אות חלשה - נ, י, ו או 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מוצאים את שלוש אותיות השורש של הפועל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איך בלש השורש מזהה שפועל שייך לגזרת ל"ה/י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זו גזרה?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לפועל מגזרת ע"ו/י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בלש השורש מזהה את הגזרה של פועל?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בלשי השורש – גזרות הנחים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